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D0550" w14:textId="77777777" w:rsidR="005A1AE6" w:rsidRPr="00B47A97" w:rsidRDefault="00B47A97">
      <w:pPr>
        <w:spacing w:after="40"/>
        <w:rPr>
          <w:lang w:val="es-DO"/>
        </w:rPr>
      </w:pPr>
      <w:r w:rsidRPr="00B47A97">
        <w:rPr>
          <w:rFonts w:ascii="Arial" w:hAnsi="Arial"/>
          <w:b/>
          <w:lang w:val="es-DO"/>
        </w:rPr>
        <w:t>Jose Bueno</w:t>
      </w:r>
    </w:p>
    <w:p w14:paraId="4391959E" w14:textId="77777777" w:rsidR="005A1AE6" w:rsidRPr="00B47A97" w:rsidRDefault="00B47A97">
      <w:pPr>
        <w:spacing w:after="40"/>
        <w:rPr>
          <w:lang w:val="es-DO"/>
        </w:rPr>
      </w:pPr>
      <w:r w:rsidRPr="00B47A97">
        <w:rPr>
          <w:rFonts w:ascii="Arial" w:hAnsi="Arial"/>
          <w:b/>
          <w:sz w:val="21"/>
          <w:lang w:val="es-DO"/>
        </w:rPr>
        <w:t>IMEX International Movers</w:t>
      </w:r>
    </w:p>
    <w:p w14:paraId="4325BA25" w14:textId="77777777" w:rsidR="005A1AE6" w:rsidRPr="00B47A97" w:rsidRDefault="00B47A97">
      <w:pPr>
        <w:spacing w:after="20"/>
        <w:rPr>
          <w:lang w:val="es-DO"/>
        </w:rPr>
      </w:pPr>
      <w:r w:rsidRPr="00B47A97">
        <w:rPr>
          <w:rFonts w:ascii="Arial" w:hAnsi="Arial"/>
          <w:sz w:val="18"/>
          <w:lang w:val="es-DO"/>
        </w:rPr>
        <w:t xml:space="preserve">Santo Domingo, </w:t>
      </w:r>
      <w:proofErr w:type="spellStart"/>
      <w:r w:rsidRPr="00B47A97">
        <w:rPr>
          <w:rFonts w:ascii="Arial" w:hAnsi="Arial"/>
          <w:sz w:val="18"/>
          <w:lang w:val="es-DO"/>
        </w:rPr>
        <w:t>Dominican</w:t>
      </w:r>
      <w:proofErr w:type="spellEnd"/>
      <w:r w:rsidRPr="00B47A97">
        <w:rPr>
          <w:rFonts w:ascii="Arial" w:hAnsi="Arial"/>
          <w:sz w:val="18"/>
          <w:lang w:val="es-DO"/>
        </w:rPr>
        <w:t xml:space="preserve"> </w:t>
      </w:r>
      <w:proofErr w:type="spellStart"/>
      <w:r w:rsidRPr="00B47A97">
        <w:rPr>
          <w:rFonts w:ascii="Arial" w:hAnsi="Arial"/>
          <w:sz w:val="18"/>
          <w:lang w:val="es-DO"/>
        </w:rPr>
        <w:t>Republic</w:t>
      </w:r>
      <w:proofErr w:type="spellEnd"/>
    </w:p>
    <w:p w14:paraId="1962FEED" w14:textId="77777777" w:rsidR="005A1AE6" w:rsidRDefault="00B47A97">
      <w:pPr>
        <w:spacing w:after="20"/>
      </w:pPr>
      <w:r>
        <w:rPr>
          <w:rFonts w:ascii="Arial" w:hAnsi="Arial"/>
          <w:sz w:val="18"/>
        </w:rPr>
        <w:t>Tel / WhatsApp: +1 849-336-0050</w:t>
      </w:r>
    </w:p>
    <w:p w14:paraId="05DA89A4" w14:textId="77777777" w:rsidR="005A1AE6" w:rsidRDefault="00B47A97">
      <w:pPr>
        <w:spacing w:after="20"/>
      </w:pPr>
      <w:r>
        <w:rPr>
          <w:rFonts w:ascii="Arial" w:hAnsi="Arial"/>
          <w:sz w:val="18"/>
        </w:rPr>
        <w:t>Email: quotes@imexdr.com</w:t>
      </w:r>
    </w:p>
    <w:p w14:paraId="2BDF0D41" w14:textId="77777777" w:rsidR="005A1AE6" w:rsidRDefault="00B47A97">
      <w:pPr>
        <w:spacing w:after="40"/>
      </w:pPr>
      <w:r>
        <w:rPr>
          <w:rFonts w:ascii="Arial" w:hAnsi="Arial"/>
          <w:sz w:val="18"/>
        </w:rPr>
        <w:t>Web: imexdr.com</w:t>
      </w:r>
    </w:p>
    <w:p w14:paraId="270C44B1" w14:textId="4AF8983C" w:rsidR="005A1AE6" w:rsidRDefault="00B47A97">
      <w:pPr>
        <w:spacing w:after="0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IAM Core Member</w:t>
      </w:r>
    </w:p>
    <w:p w14:paraId="0F871796" w14:textId="130FCD3F" w:rsidR="00B47A97" w:rsidRDefault="00B47A97" w:rsidP="00B47A97">
      <w:pPr>
        <w:pStyle w:val="NormalWeb"/>
      </w:pPr>
      <w:r>
        <w:rPr>
          <w:noProof/>
        </w:rPr>
        <w:drawing>
          <wp:inline distT="0" distB="0" distL="0" distR="0" wp14:anchorId="1BEDDEBF" wp14:editId="6FDDE835">
            <wp:extent cx="1136650" cy="1213846"/>
            <wp:effectExtent l="0" t="0" r="635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49" t="4674" r="7480" b="6506"/>
                    <a:stretch/>
                  </pic:blipFill>
                  <pic:spPr bwMode="auto">
                    <a:xfrm>
                      <a:off x="0" y="0"/>
                      <a:ext cx="1140480" cy="1217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F50B11" w14:textId="77777777" w:rsidR="00B47A97" w:rsidRDefault="00B47A97">
      <w:pPr>
        <w:spacing w:after="0"/>
      </w:pPr>
    </w:p>
    <w:sectPr w:rsidR="00B47A97" w:rsidSect="00034616">
      <w:pgSz w:w="12240" w:h="15840"/>
      <w:pgMar w:top="504" w:right="648" w:bottom="504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A1AE6"/>
    <w:rsid w:val="00AA1D8D"/>
    <w:rsid w:val="00B47730"/>
    <w:rsid w:val="00B47A9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F426B1E"/>
  <w14:defaultImageDpi w14:val="300"/>
  <w15:docId w15:val="{17BAF9AA-C352-406F-A292-E3D84C88A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B47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DO" w:eastAsia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9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centroimex@gmail.com</cp:lastModifiedBy>
  <cp:revision>2</cp:revision>
  <dcterms:created xsi:type="dcterms:W3CDTF">2013-12-23T23:15:00Z</dcterms:created>
  <dcterms:modified xsi:type="dcterms:W3CDTF">2026-08-23T22:09:00Z</dcterms:modified>
  <cp:category/>
</cp:coreProperties>
</file>